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2AEBD" w14:textId="5670D995" w:rsidR="002C4479" w:rsidRPr="002C4479" w:rsidRDefault="002C4479" w:rsidP="002C4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C4479">
        <w:rPr>
          <w:rFonts w:ascii="Times New Roman" w:hAnsi="Times New Roman" w:cs="Times New Roman"/>
          <w:b/>
          <w:noProof/>
          <w:sz w:val="24"/>
          <w:szCs w:val="24"/>
          <w:lang w:val="ro-RO"/>
        </w:rPr>
        <w:drawing>
          <wp:anchor distT="0" distB="0" distL="114300" distR="114300" simplePos="0" relativeHeight="251659264" behindDoc="0" locked="0" layoutInCell="1" allowOverlap="1" wp14:anchorId="16894D99" wp14:editId="37757B02">
            <wp:simplePos x="0" y="0"/>
            <wp:positionH relativeFrom="column">
              <wp:posOffset>1605280</wp:posOffset>
            </wp:positionH>
            <wp:positionV relativeFrom="paragraph">
              <wp:posOffset>141605</wp:posOffset>
            </wp:positionV>
            <wp:extent cx="788035" cy="788035"/>
            <wp:effectExtent l="0" t="0" r="0" b="0"/>
            <wp:wrapNone/>
            <wp:docPr id="15901459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45498203"/>
      <w:bookmarkStart w:id="1" w:name="_Hlk162471588"/>
      <w:r w:rsidRPr="002C447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</w:t>
      </w:r>
      <w:bookmarkStart w:id="2" w:name="_Hlk162471525"/>
      <w:r w:rsidRPr="002C4479">
        <w:rPr>
          <w:rFonts w:ascii="Times New Roman" w:hAnsi="Times New Roman" w:cs="Times New Roman"/>
          <w:b/>
          <w:sz w:val="24"/>
          <w:szCs w:val="24"/>
          <w:lang w:val="ro-RO"/>
        </w:rPr>
        <w:t>LICEUL TEHNOLOGIC FOCURI</w:t>
      </w:r>
    </w:p>
    <w:p w14:paraId="46A65F6D" w14:textId="15E31984" w:rsidR="002C4479" w:rsidRPr="002C4479" w:rsidRDefault="002C4479" w:rsidP="002C4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C447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COMUNA FOCURI, JUD. IAȘI</w:t>
      </w:r>
    </w:p>
    <w:p w14:paraId="77A7BF79" w14:textId="13E846EA" w:rsidR="002C4479" w:rsidRPr="002C4479" w:rsidRDefault="002C4479" w:rsidP="002C4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C447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TEL.0232413627/ 0742643619</w:t>
      </w:r>
    </w:p>
    <w:p w14:paraId="79696DDA" w14:textId="41863BD9" w:rsidR="002C4479" w:rsidRPr="002C4479" w:rsidRDefault="002C4479" w:rsidP="002C4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C447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E-MAIL: contact@samfocuri.ro</w:t>
      </w:r>
    </w:p>
    <w:p w14:paraId="5CA84FC9" w14:textId="012D3121" w:rsidR="002C4479" w:rsidRPr="002C4479" w:rsidRDefault="002C4479" w:rsidP="002C4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C447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WEBSITE: www.samfocuri.r</w:t>
      </w:r>
      <w:bookmarkEnd w:id="0"/>
      <w:bookmarkEnd w:id="1"/>
      <w:bookmarkEnd w:id="2"/>
      <w:r w:rsidRPr="002C4479">
        <w:rPr>
          <w:rFonts w:ascii="Times New Roman" w:hAnsi="Times New Roman" w:cs="Times New Roman"/>
          <w:b/>
          <w:sz w:val="24"/>
          <w:szCs w:val="24"/>
          <w:lang w:val="ro-RO"/>
        </w:rPr>
        <w:t>o</w:t>
      </w:r>
    </w:p>
    <w:p w14:paraId="260B7294" w14:textId="77777777" w:rsidR="002C4479" w:rsidRPr="002C4479" w:rsidRDefault="002C447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495601F" w14:textId="2A6955C0" w:rsidR="003020B2" w:rsidRPr="002C4479" w:rsidRDefault="00652EF2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2C4479">
        <w:rPr>
          <w:rFonts w:ascii="Times New Roman" w:hAnsi="Times New Roman" w:cs="Times New Roman"/>
          <w:b/>
          <w:sz w:val="24"/>
          <w:szCs w:val="24"/>
          <w:lang w:val="pt-PT"/>
        </w:rPr>
        <w:t>ANEXA NR. 3 LA ANUNȚUL DE SELECȚIE A PARTENERULUI PRIVAT</w:t>
      </w:r>
    </w:p>
    <w:p w14:paraId="419550B7" w14:textId="77777777" w:rsidR="003020B2" w:rsidRPr="002C4479" w:rsidRDefault="00652EF2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2C4479">
        <w:rPr>
          <w:rFonts w:ascii="Times New Roman" w:hAnsi="Times New Roman" w:cs="Times New Roman"/>
          <w:b/>
          <w:sz w:val="24"/>
          <w:szCs w:val="24"/>
          <w:lang w:val="pt-PT"/>
        </w:rPr>
        <w:t>GRILA DE VERIFICARE A CONFORMITĂȚII ȘI ELIGIBILITĂȚII CANDIDATULUI</w:t>
      </w:r>
      <w:r w:rsidRPr="002C4479">
        <w:rPr>
          <w:rFonts w:ascii="Times New Roman" w:hAnsi="Times New Roman" w:cs="Times New Roman"/>
          <w:b/>
          <w:sz w:val="24"/>
          <w:szCs w:val="24"/>
          <w:lang w:val="pt-PT"/>
        </w:rPr>
        <w:br/>
        <w:t>Etapa de calificare – DA / NU / N.A.</w:t>
      </w:r>
    </w:p>
    <w:p w14:paraId="184652F3" w14:textId="77777777" w:rsidR="003020B2" w:rsidRPr="002C4479" w:rsidRDefault="00652EF2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2C4479">
        <w:rPr>
          <w:rFonts w:ascii="Times New Roman" w:hAnsi="Times New Roman" w:cs="Times New Roman"/>
          <w:sz w:val="24"/>
          <w:szCs w:val="24"/>
          <w:lang w:val="pt-PT"/>
        </w:rPr>
        <w:t>PEO 2021–2027 | Prioritatea P7 | ESO4.5 | Acțiunea 7.e.3 – „Școli pentru viitor”</w:t>
      </w:r>
    </w:p>
    <w:p w14:paraId="5CE8FF47" w14:textId="77777777" w:rsidR="003020B2" w:rsidRPr="002C4479" w:rsidRDefault="00652EF2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2C4479">
        <w:rPr>
          <w:rFonts w:ascii="Times New Roman" w:hAnsi="Times New Roman" w:cs="Times New Roman"/>
          <w:sz w:val="24"/>
          <w:szCs w:val="24"/>
          <w:lang w:val="pt-PT"/>
        </w:rPr>
        <w:t>Solicitant organizator: __________________________  |  Anunț nr./data: __________________</w:t>
      </w:r>
    </w:p>
    <w:p w14:paraId="7196402D" w14:textId="77777777" w:rsidR="003020B2" w:rsidRPr="002C4479" w:rsidRDefault="00652EF2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2C4479">
        <w:rPr>
          <w:rFonts w:ascii="Times New Roman" w:hAnsi="Times New Roman" w:cs="Times New Roman"/>
          <w:sz w:val="24"/>
          <w:szCs w:val="24"/>
          <w:lang w:val="pt-PT"/>
        </w:rPr>
        <w:t>Candidat: _____________________________________  |  Nr. înregistrare dosar: ___________</w:t>
      </w:r>
    </w:p>
    <w:p w14:paraId="2C28E214" w14:textId="77777777" w:rsidR="003020B2" w:rsidRPr="002C4479" w:rsidRDefault="00652EF2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2C4479">
        <w:rPr>
          <w:rFonts w:ascii="Times New Roman" w:hAnsi="Times New Roman" w:cs="Times New Roman"/>
          <w:sz w:val="24"/>
          <w:szCs w:val="24"/>
          <w:lang w:val="pt-PT"/>
        </w:rPr>
        <w:t>Mod de completare: Pentru fiecare criteriu, comisia consemnează rezultatul verificării prin bifarea unei singure opțiuni (DA/NU/N.A.) și indică, după caz, documentele și constatările relevante în rubrica de observații. N.A. se utilizează numai pentru criteriile care nu sunt aplicabile candidatului.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08"/>
        <w:gridCol w:w="1955"/>
        <w:gridCol w:w="1897"/>
        <w:gridCol w:w="1897"/>
        <w:gridCol w:w="1905"/>
      </w:tblGrid>
      <w:tr w:rsidR="003020B2" w:rsidRPr="006507EA" w14:paraId="7B807C39" w14:textId="77777777">
        <w:trPr>
          <w:jc w:val="center"/>
        </w:trPr>
        <w:tc>
          <w:tcPr>
            <w:tcW w:w="1994" w:type="dxa"/>
          </w:tcPr>
          <w:p w14:paraId="3775EA1D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Nr. / criteriu verificat</w:t>
            </w:r>
          </w:p>
        </w:tc>
        <w:tc>
          <w:tcPr>
            <w:tcW w:w="1994" w:type="dxa"/>
          </w:tcPr>
          <w:p w14:paraId="41A33400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Document / dovadă</w:t>
            </w:r>
          </w:p>
        </w:tc>
        <w:tc>
          <w:tcPr>
            <w:tcW w:w="1994" w:type="dxa"/>
          </w:tcPr>
          <w:p w14:paraId="2D0EB932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994" w:type="dxa"/>
          </w:tcPr>
          <w:p w14:paraId="28E37ACC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NU</w:t>
            </w:r>
          </w:p>
        </w:tc>
        <w:tc>
          <w:tcPr>
            <w:tcW w:w="1994" w:type="dxa"/>
          </w:tcPr>
          <w:p w14:paraId="39EAB076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3020B2" w:rsidRPr="006507EA" w14:paraId="7DC964EB" w14:textId="77777777">
        <w:trPr>
          <w:jc w:val="center"/>
        </w:trPr>
        <w:tc>
          <w:tcPr>
            <w:tcW w:w="9970" w:type="dxa"/>
            <w:gridSpan w:val="5"/>
          </w:tcPr>
          <w:p w14:paraId="0B2AA35A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b/>
                <w:sz w:val="24"/>
                <w:szCs w:val="24"/>
              </w:rPr>
              <w:t>I. CONFORMITATE ADMINISTRATIVĂ</w:t>
            </w:r>
          </w:p>
        </w:tc>
      </w:tr>
      <w:tr w:rsidR="003020B2" w:rsidRPr="006507EA" w14:paraId="55BF56E8" w14:textId="77777777">
        <w:trPr>
          <w:jc w:val="center"/>
        </w:trPr>
        <w:tc>
          <w:tcPr>
            <w:tcW w:w="1994" w:type="dxa"/>
          </w:tcPr>
          <w:p w14:paraId="3231988A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1. Dosarul a fost depus în termenul și modalitatea prevăzute în anunț.</w:t>
            </w:r>
          </w:p>
        </w:tc>
        <w:tc>
          <w:tcPr>
            <w:tcW w:w="1994" w:type="dxa"/>
          </w:tcPr>
          <w:p w14:paraId="33B5A1B4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Dovadă înregistrare / transmitere</w:t>
            </w:r>
          </w:p>
        </w:tc>
        <w:tc>
          <w:tcPr>
            <w:tcW w:w="1994" w:type="dxa"/>
          </w:tcPr>
          <w:p w14:paraId="5A093960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2EEB008D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0880F18D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3537EC7C" w14:textId="77777777">
        <w:trPr>
          <w:jc w:val="center"/>
        </w:trPr>
        <w:tc>
          <w:tcPr>
            <w:tcW w:w="1994" w:type="dxa"/>
          </w:tcPr>
          <w:p w14:paraId="2875F453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2. Sunt depuse Scrisoarea de intenție (Anexa 1) și Fișa partenerului (Anexa 2), completate și semnate.</w:t>
            </w:r>
          </w:p>
        </w:tc>
        <w:tc>
          <w:tcPr>
            <w:tcW w:w="1994" w:type="dxa"/>
          </w:tcPr>
          <w:p w14:paraId="502AD929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Anexele 1 și 2</w:t>
            </w:r>
          </w:p>
        </w:tc>
        <w:tc>
          <w:tcPr>
            <w:tcW w:w="1994" w:type="dxa"/>
          </w:tcPr>
          <w:p w14:paraId="16D9DEE7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3F48F1B3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6C6D3931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159A9D38" w14:textId="77777777">
        <w:trPr>
          <w:jc w:val="center"/>
        </w:trPr>
        <w:tc>
          <w:tcPr>
            <w:tcW w:w="1994" w:type="dxa"/>
          </w:tcPr>
          <w:p w14:paraId="3D78293D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3. Sunt prezente toate celelalte documente solicitate expres în anunțul aprobat, conform opisului.</w:t>
            </w:r>
          </w:p>
        </w:tc>
        <w:tc>
          <w:tcPr>
            <w:tcW w:w="1994" w:type="dxa"/>
          </w:tcPr>
          <w:p w14:paraId="45D2DAFB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Opis / documente depuse</w:t>
            </w:r>
          </w:p>
        </w:tc>
        <w:tc>
          <w:tcPr>
            <w:tcW w:w="1994" w:type="dxa"/>
          </w:tcPr>
          <w:p w14:paraId="4527B682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1F918593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2CBE24E8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1325322F" w14:textId="77777777">
        <w:trPr>
          <w:jc w:val="center"/>
        </w:trPr>
        <w:tc>
          <w:tcPr>
            <w:tcW w:w="1994" w:type="dxa"/>
          </w:tcPr>
          <w:p w14:paraId="678E2503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4. Identitatea candidatului și calitatea reprezentantului legal sunt verificabile.</w:t>
            </w:r>
          </w:p>
        </w:tc>
        <w:tc>
          <w:tcPr>
            <w:tcW w:w="1994" w:type="dxa"/>
          </w:tcPr>
          <w:p w14:paraId="532EE2B8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Acte de înființare, statut, registru / mandat</w:t>
            </w:r>
          </w:p>
        </w:tc>
        <w:tc>
          <w:tcPr>
            <w:tcW w:w="1994" w:type="dxa"/>
          </w:tcPr>
          <w:p w14:paraId="48BC85A2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035F7B10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0100B4D0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2B278BD4" w14:textId="77777777">
        <w:trPr>
          <w:jc w:val="center"/>
        </w:trPr>
        <w:tc>
          <w:tcPr>
            <w:tcW w:w="9970" w:type="dxa"/>
            <w:gridSpan w:val="5"/>
          </w:tcPr>
          <w:p w14:paraId="1502E568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b/>
                <w:sz w:val="24"/>
                <w:szCs w:val="24"/>
              </w:rPr>
              <w:t>II. ELIGIBILITATE ȘI ROL ÎN PARTENERIAT</w:t>
            </w:r>
          </w:p>
        </w:tc>
      </w:tr>
      <w:tr w:rsidR="003020B2" w:rsidRPr="006507EA" w14:paraId="07F2D1DC" w14:textId="77777777">
        <w:trPr>
          <w:jc w:val="center"/>
        </w:trPr>
        <w:tc>
          <w:tcPr>
            <w:tcW w:w="1994" w:type="dxa"/>
          </w:tcPr>
          <w:p w14:paraId="272C1953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5. Candidatul se încadrează într-o categorie de partener </w:t>
            </w: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lastRenderedPageBreak/>
              <w:t>eligibilă potrivit secțiunii 5.1 din Ghidul specific și anunțului.</w:t>
            </w:r>
          </w:p>
        </w:tc>
        <w:tc>
          <w:tcPr>
            <w:tcW w:w="1994" w:type="dxa"/>
          </w:tcPr>
          <w:p w14:paraId="61D4440E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Documente juridice / statut</w:t>
            </w:r>
          </w:p>
        </w:tc>
        <w:tc>
          <w:tcPr>
            <w:tcW w:w="1994" w:type="dxa"/>
          </w:tcPr>
          <w:p w14:paraId="2743A671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6954F4A5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7B3A5599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0B4C5049" w14:textId="77777777">
        <w:trPr>
          <w:jc w:val="center"/>
        </w:trPr>
        <w:tc>
          <w:tcPr>
            <w:tcW w:w="1994" w:type="dxa"/>
          </w:tcPr>
          <w:p w14:paraId="0969A165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6. Candidatul este entitate juridică individuală, nu consorțiu, asociere de candidați sau grup de societăți.</w:t>
            </w:r>
          </w:p>
        </w:tc>
        <w:tc>
          <w:tcPr>
            <w:tcW w:w="1994" w:type="dxa"/>
          </w:tcPr>
          <w:p w14:paraId="34614335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Documente juridice / declarație</w:t>
            </w:r>
          </w:p>
        </w:tc>
        <w:tc>
          <w:tcPr>
            <w:tcW w:w="1994" w:type="dxa"/>
          </w:tcPr>
          <w:p w14:paraId="125C25D8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74247DEC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36FFB840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3663EA52" w14:textId="77777777">
        <w:trPr>
          <w:jc w:val="center"/>
        </w:trPr>
        <w:tc>
          <w:tcPr>
            <w:tcW w:w="1994" w:type="dxa"/>
          </w:tcPr>
          <w:p w14:paraId="09B0BC9E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7. Activitățile propuse sunt relevante pentru proiect și compatibile cu obiectul de activitate și experiența candidatului.</w:t>
            </w:r>
          </w:p>
        </w:tc>
        <w:tc>
          <w:tcPr>
            <w:tcW w:w="1994" w:type="dxa"/>
          </w:tcPr>
          <w:p w14:paraId="5C40A06F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Fișa partenerului / statut / portofoliu</w:t>
            </w:r>
          </w:p>
        </w:tc>
        <w:tc>
          <w:tcPr>
            <w:tcW w:w="1994" w:type="dxa"/>
          </w:tcPr>
          <w:p w14:paraId="3657B484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5DB4FEE6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03A39A52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70F71BB0" w14:textId="77777777">
        <w:trPr>
          <w:jc w:val="center"/>
        </w:trPr>
        <w:tc>
          <w:tcPr>
            <w:tcW w:w="1994" w:type="dxa"/>
          </w:tcPr>
          <w:p w14:paraId="32211DE9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8. Rolul propus presupune implementarea efectivă a activităților asumate, nu doar furnizare de bunuri ori servicii externalizabile.</w:t>
            </w:r>
          </w:p>
        </w:tc>
        <w:tc>
          <w:tcPr>
            <w:tcW w:w="1994" w:type="dxa"/>
          </w:tcPr>
          <w:p w14:paraId="3B85507B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Scrisoare / Fișă / propunere</w:t>
            </w:r>
          </w:p>
        </w:tc>
        <w:tc>
          <w:tcPr>
            <w:tcW w:w="1994" w:type="dxa"/>
          </w:tcPr>
          <w:p w14:paraId="046D5A8D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72377ADB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55712722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21C45DAF" w14:textId="77777777">
        <w:trPr>
          <w:jc w:val="center"/>
        </w:trPr>
        <w:tc>
          <w:tcPr>
            <w:tcW w:w="1994" w:type="dxa"/>
          </w:tcPr>
          <w:p w14:paraId="52EE350F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9. Activitățile și responsabilitățile asumate sunt delimitate suficient pentru a putea fi transpuse în cererea de finanțare și acordul de parteneriat.</w:t>
            </w:r>
          </w:p>
        </w:tc>
        <w:tc>
          <w:tcPr>
            <w:tcW w:w="1994" w:type="dxa"/>
          </w:tcPr>
          <w:p w14:paraId="17765FB0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Fișa partenerului / descriere rol</w:t>
            </w:r>
          </w:p>
        </w:tc>
        <w:tc>
          <w:tcPr>
            <w:tcW w:w="1994" w:type="dxa"/>
          </w:tcPr>
          <w:p w14:paraId="3341913F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756DDB1A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127B5DA6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1E060498" w14:textId="77777777">
        <w:trPr>
          <w:jc w:val="center"/>
        </w:trPr>
        <w:tc>
          <w:tcPr>
            <w:tcW w:w="9970" w:type="dxa"/>
            <w:gridSpan w:val="5"/>
          </w:tcPr>
          <w:p w14:paraId="054AB4C8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b/>
                <w:sz w:val="24"/>
                <w:szCs w:val="24"/>
              </w:rPr>
              <w:t>III. CAPACITATE ȘI EXPERIENȚĂ</w:t>
            </w:r>
          </w:p>
        </w:tc>
      </w:tr>
      <w:tr w:rsidR="003020B2" w:rsidRPr="006507EA" w14:paraId="76B4A3C7" w14:textId="77777777">
        <w:trPr>
          <w:jc w:val="center"/>
        </w:trPr>
        <w:tc>
          <w:tcPr>
            <w:tcW w:w="1994" w:type="dxa"/>
          </w:tcPr>
          <w:p w14:paraId="67EB0DF0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10. Experiența relevantă pentru activitățile asumate este demonstrată prin documente verificabile.</w:t>
            </w:r>
          </w:p>
        </w:tc>
        <w:tc>
          <w:tcPr>
            <w:tcW w:w="1994" w:type="dxa"/>
          </w:tcPr>
          <w:p w14:paraId="3F829E68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Contracte, rapoarte, recomandări etc.</w:t>
            </w:r>
          </w:p>
        </w:tc>
        <w:tc>
          <w:tcPr>
            <w:tcW w:w="1994" w:type="dxa"/>
          </w:tcPr>
          <w:p w14:paraId="1103DD0B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5C4399A1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28699CE4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57B7A0E5" w14:textId="77777777">
        <w:trPr>
          <w:jc w:val="center"/>
        </w:trPr>
        <w:tc>
          <w:tcPr>
            <w:tcW w:w="1994" w:type="dxa"/>
          </w:tcPr>
          <w:p w14:paraId="0AFBF80A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11. Resursele umane propuse sunt adecvate activităților asumate; sunt prezentate calificările/experiența solicitate în anunț.</w:t>
            </w:r>
          </w:p>
        </w:tc>
        <w:tc>
          <w:tcPr>
            <w:tcW w:w="1994" w:type="dxa"/>
          </w:tcPr>
          <w:p w14:paraId="7F675D16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CV-uri / documente suport, după caz</w:t>
            </w:r>
          </w:p>
        </w:tc>
        <w:tc>
          <w:tcPr>
            <w:tcW w:w="1994" w:type="dxa"/>
          </w:tcPr>
          <w:p w14:paraId="3B6B23CE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184977C5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5584838D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37C9EA64" w14:textId="77777777">
        <w:trPr>
          <w:jc w:val="center"/>
        </w:trPr>
        <w:tc>
          <w:tcPr>
            <w:tcW w:w="1994" w:type="dxa"/>
          </w:tcPr>
          <w:p w14:paraId="3AA467E1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 Sunt identificate resursele materiale și organizatorice necesare contribuției propuse.</w:t>
            </w:r>
          </w:p>
        </w:tc>
        <w:tc>
          <w:tcPr>
            <w:tcW w:w="1994" w:type="dxa"/>
          </w:tcPr>
          <w:p w14:paraId="5031F1C9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Fișa partenerului / documente suport</w:t>
            </w:r>
          </w:p>
        </w:tc>
        <w:tc>
          <w:tcPr>
            <w:tcW w:w="1994" w:type="dxa"/>
          </w:tcPr>
          <w:p w14:paraId="27159E10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035D90D3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3789AD4B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6AE24EA7" w14:textId="77777777">
        <w:trPr>
          <w:jc w:val="center"/>
        </w:trPr>
        <w:tc>
          <w:tcPr>
            <w:tcW w:w="1994" w:type="dxa"/>
          </w:tcPr>
          <w:p w14:paraId="5831D77E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13. Sunt furnizate informațiile și documentele privind capacitatea financiară și cofinanțarea, exact în forma cerută în anunț.</w:t>
            </w:r>
          </w:p>
        </w:tc>
        <w:tc>
          <w:tcPr>
            <w:tcW w:w="1994" w:type="dxa"/>
          </w:tcPr>
          <w:p w14:paraId="0B24DC76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Situații financiare / declarații, după caz</w:t>
            </w:r>
          </w:p>
        </w:tc>
        <w:tc>
          <w:tcPr>
            <w:tcW w:w="1994" w:type="dxa"/>
          </w:tcPr>
          <w:p w14:paraId="202A4C9F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11CA3A9E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1637847C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2C4479" w14:paraId="4CAF19A0" w14:textId="77777777">
        <w:trPr>
          <w:jc w:val="center"/>
        </w:trPr>
        <w:tc>
          <w:tcPr>
            <w:tcW w:w="9970" w:type="dxa"/>
            <w:gridSpan w:val="5"/>
          </w:tcPr>
          <w:p w14:paraId="06F0530F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IV. DECLARAȚII ȘI CONDIȚII LEGALE</w:t>
            </w:r>
          </w:p>
        </w:tc>
      </w:tr>
      <w:tr w:rsidR="003020B2" w:rsidRPr="006507EA" w14:paraId="59176FFA" w14:textId="77777777">
        <w:trPr>
          <w:jc w:val="center"/>
        </w:trPr>
        <w:tc>
          <w:tcPr>
            <w:tcW w:w="1994" w:type="dxa"/>
          </w:tcPr>
          <w:p w14:paraId="7476EB49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14. Au fost depuse declarațiile privind eligibilitatea, incompatibilitățile și conflictul de interese, în forma cerută prin anunț.</w:t>
            </w:r>
          </w:p>
        </w:tc>
        <w:tc>
          <w:tcPr>
            <w:tcW w:w="1994" w:type="dxa"/>
          </w:tcPr>
          <w:p w14:paraId="112D3965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Declarații semnate</w:t>
            </w:r>
          </w:p>
        </w:tc>
        <w:tc>
          <w:tcPr>
            <w:tcW w:w="1994" w:type="dxa"/>
          </w:tcPr>
          <w:p w14:paraId="0EFFA47F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00565696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0B445FAF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03029E04" w14:textId="77777777">
        <w:trPr>
          <w:jc w:val="center"/>
        </w:trPr>
        <w:tc>
          <w:tcPr>
            <w:tcW w:w="1994" w:type="dxa"/>
          </w:tcPr>
          <w:p w14:paraId="732FA2E6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15. Sunt îndeplinite condițiile fiscale și celelalte condiții de excludere prevăzute expres în documentația publicată.</w:t>
            </w:r>
          </w:p>
        </w:tc>
        <w:tc>
          <w:tcPr>
            <w:tcW w:w="1994" w:type="dxa"/>
          </w:tcPr>
          <w:p w14:paraId="0589415A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Certificate / declarații, după caz</w:t>
            </w:r>
          </w:p>
        </w:tc>
        <w:tc>
          <w:tcPr>
            <w:tcW w:w="1994" w:type="dxa"/>
          </w:tcPr>
          <w:p w14:paraId="7D9CCD78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03836225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6258C822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357A3D1B" w14:textId="77777777">
        <w:trPr>
          <w:jc w:val="center"/>
        </w:trPr>
        <w:tc>
          <w:tcPr>
            <w:tcW w:w="1994" w:type="dxa"/>
          </w:tcPr>
          <w:p w14:paraId="1674B4E1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16. Candidatul își asumă contribuția și obligațiile aferente implementării și sustenabilității, în limitele Ghidului și ale anunțului.</w:t>
            </w:r>
          </w:p>
        </w:tc>
        <w:tc>
          <w:tcPr>
            <w:tcW w:w="1994" w:type="dxa"/>
          </w:tcPr>
          <w:p w14:paraId="164BE2C7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Times New Roman" w:hAnsi="Times New Roman" w:cs="Times New Roman"/>
                <w:sz w:val="24"/>
                <w:szCs w:val="24"/>
              </w:rPr>
              <w:t>Fișă / declarații / angajament</w:t>
            </w:r>
          </w:p>
        </w:tc>
        <w:tc>
          <w:tcPr>
            <w:tcW w:w="1994" w:type="dxa"/>
          </w:tcPr>
          <w:p w14:paraId="784797E6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6D9B47D1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791F011A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020B2" w:rsidRPr="006507EA" w14:paraId="578F21EF" w14:textId="77777777">
        <w:trPr>
          <w:jc w:val="center"/>
        </w:trPr>
        <w:tc>
          <w:tcPr>
            <w:tcW w:w="1994" w:type="dxa"/>
          </w:tcPr>
          <w:p w14:paraId="2D86F59F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17. Este prezentată contribuția și valoarea adăugată a partenerului pentru activitățile proiectului.</w:t>
            </w:r>
          </w:p>
        </w:tc>
        <w:tc>
          <w:tcPr>
            <w:tcW w:w="1994" w:type="dxa"/>
          </w:tcPr>
          <w:p w14:paraId="2D89B32C" w14:textId="77777777" w:rsidR="003020B2" w:rsidRPr="002C4479" w:rsidRDefault="00652EF2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2C447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Fișă / notă candidat, dacă e solicitată</w:t>
            </w:r>
          </w:p>
        </w:tc>
        <w:tc>
          <w:tcPr>
            <w:tcW w:w="1994" w:type="dxa"/>
          </w:tcPr>
          <w:p w14:paraId="16AB73BB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4A83911E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994" w:type="dxa"/>
          </w:tcPr>
          <w:p w14:paraId="346310FA" w14:textId="77777777" w:rsidR="003020B2" w:rsidRPr="006507EA" w:rsidRDefault="0065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7E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2915A2DF" w14:textId="77777777" w:rsidR="003020B2" w:rsidRPr="002C4479" w:rsidRDefault="00652EF2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2C4479">
        <w:rPr>
          <w:rFonts w:ascii="Times New Roman" w:hAnsi="Times New Roman" w:cs="Times New Roman"/>
          <w:sz w:val="24"/>
          <w:szCs w:val="24"/>
          <w:lang w:val="pt-PT"/>
        </w:rPr>
        <w:t>Observații / clarificări și documente verificate: ____________________________________________________</w:t>
      </w:r>
      <w:r w:rsidRPr="002C4479">
        <w:rPr>
          <w:rFonts w:ascii="Times New Roman" w:hAnsi="Times New Roman" w:cs="Times New Roman"/>
          <w:sz w:val="24"/>
          <w:szCs w:val="24"/>
          <w:lang w:val="pt-PT"/>
        </w:rPr>
        <w:br/>
        <w:t>________________________________________________________________________________________</w:t>
      </w:r>
    </w:p>
    <w:p w14:paraId="3E15FEB5" w14:textId="77777777" w:rsidR="003020B2" w:rsidRPr="002C4479" w:rsidRDefault="00652EF2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2C4479">
        <w:rPr>
          <w:rFonts w:ascii="Times New Roman" w:hAnsi="Times New Roman" w:cs="Times New Roman"/>
          <w:sz w:val="24"/>
          <w:szCs w:val="24"/>
          <w:lang w:val="pt-PT"/>
        </w:rPr>
        <w:t xml:space="preserve">REZULTATUL VERIFICĂRII:  </w:t>
      </w:r>
      <w:r w:rsidRPr="002C4479">
        <w:rPr>
          <w:rFonts w:ascii="Segoe UI Symbol" w:hAnsi="Segoe UI Symbol" w:cs="Segoe UI Symbol"/>
          <w:sz w:val="24"/>
          <w:szCs w:val="24"/>
          <w:lang w:val="pt-PT"/>
        </w:rPr>
        <w:t>☐</w:t>
      </w:r>
      <w:r w:rsidRPr="002C4479">
        <w:rPr>
          <w:rFonts w:ascii="Times New Roman" w:hAnsi="Times New Roman" w:cs="Times New Roman"/>
          <w:sz w:val="24"/>
          <w:szCs w:val="24"/>
          <w:lang w:val="pt-PT"/>
        </w:rPr>
        <w:t xml:space="preserve"> ADMIS    </w:t>
      </w:r>
      <w:r w:rsidRPr="002C4479">
        <w:rPr>
          <w:rFonts w:ascii="Segoe UI Symbol" w:hAnsi="Segoe UI Symbol" w:cs="Segoe UI Symbol"/>
          <w:sz w:val="24"/>
          <w:szCs w:val="24"/>
          <w:lang w:val="pt-PT"/>
        </w:rPr>
        <w:t>☐</w:t>
      </w:r>
      <w:r w:rsidRPr="002C4479">
        <w:rPr>
          <w:rFonts w:ascii="Times New Roman" w:hAnsi="Times New Roman" w:cs="Times New Roman"/>
          <w:sz w:val="24"/>
          <w:szCs w:val="24"/>
          <w:lang w:val="pt-PT"/>
        </w:rPr>
        <w:t xml:space="preserve"> RESPINS</w:t>
      </w:r>
    </w:p>
    <w:p w14:paraId="6CD93A58" w14:textId="77777777" w:rsidR="003020B2" w:rsidRPr="002C4479" w:rsidRDefault="00652EF2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2C4479">
        <w:rPr>
          <w:rFonts w:ascii="Times New Roman" w:hAnsi="Times New Roman" w:cs="Times New Roman"/>
          <w:sz w:val="24"/>
          <w:szCs w:val="24"/>
          <w:lang w:val="pt-PT"/>
        </w:rPr>
        <w:lastRenderedPageBreak/>
        <w:t>Motivarea rezultatului și criteriile neîndeplinite (după caz): __________________________________</w:t>
      </w:r>
      <w:r w:rsidRPr="002C4479">
        <w:rPr>
          <w:rFonts w:ascii="Times New Roman" w:hAnsi="Times New Roman" w:cs="Times New Roman"/>
          <w:sz w:val="24"/>
          <w:szCs w:val="24"/>
          <w:lang w:val="pt-PT"/>
        </w:rPr>
        <w:br/>
        <w:t>________________________________________________________________________________________</w:t>
      </w:r>
    </w:p>
    <w:p w14:paraId="64A044F1" w14:textId="77777777" w:rsidR="003020B2" w:rsidRPr="006507EA" w:rsidRDefault="00652EF2">
      <w:pPr>
        <w:rPr>
          <w:rFonts w:ascii="Times New Roman" w:hAnsi="Times New Roman" w:cs="Times New Roman"/>
          <w:sz w:val="24"/>
          <w:szCs w:val="24"/>
        </w:rPr>
      </w:pPr>
      <w:r w:rsidRPr="006507EA">
        <w:rPr>
          <w:rFonts w:ascii="Times New Roman" w:hAnsi="Times New Roman" w:cs="Times New Roman"/>
          <w:sz w:val="24"/>
          <w:szCs w:val="24"/>
        </w:rPr>
        <w:t>Evaluator 1: __________________ / semnătură __________    Evaluator 2: __________________ / semnătură __________</w:t>
      </w:r>
      <w:r w:rsidRPr="006507EA">
        <w:rPr>
          <w:rFonts w:ascii="Times New Roman" w:hAnsi="Times New Roman" w:cs="Times New Roman"/>
          <w:sz w:val="24"/>
          <w:szCs w:val="24"/>
        </w:rPr>
        <w:br/>
        <w:t>Data verificării: __________________</w:t>
      </w:r>
    </w:p>
    <w:sectPr w:rsidR="003020B2" w:rsidRPr="006507EA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8643776">
    <w:abstractNumId w:val="8"/>
  </w:num>
  <w:num w:numId="2" w16cid:durableId="1680572272">
    <w:abstractNumId w:val="6"/>
  </w:num>
  <w:num w:numId="3" w16cid:durableId="960189507">
    <w:abstractNumId w:val="5"/>
  </w:num>
  <w:num w:numId="4" w16cid:durableId="1824544927">
    <w:abstractNumId w:val="4"/>
  </w:num>
  <w:num w:numId="5" w16cid:durableId="90587725">
    <w:abstractNumId w:val="7"/>
  </w:num>
  <w:num w:numId="6" w16cid:durableId="250479544">
    <w:abstractNumId w:val="3"/>
  </w:num>
  <w:num w:numId="7" w16cid:durableId="1734964528">
    <w:abstractNumId w:val="2"/>
  </w:num>
  <w:num w:numId="8" w16cid:durableId="54745598">
    <w:abstractNumId w:val="1"/>
  </w:num>
  <w:num w:numId="9" w16cid:durableId="1760903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C21"/>
    <w:rsid w:val="0015074B"/>
    <w:rsid w:val="0029639D"/>
    <w:rsid w:val="002C4479"/>
    <w:rsid w:val="002C7F18"/>
    <w:rsid w:val="003020B2"/>
    <w:rsid w:val="00326F90"/>
    <w:rsid w:val="0038747D"/>
    <w:rsid w:val="006507EA"/>
    <w:rsid w:val="00652EF2"/>
    <w:rsid w:val="0074395A"/>
    <w:rsid w:val="00845D2B"/>
    <w:rsid w:val="009339C2"/>
    <w:rsid w:val="00945A8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B1A4A9"/>
  <w14:defaultImageDpi w14:val="300"/>
  <w15:docId w15:val="{4E6B16AB-8421-4A4F-834D-D7669075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Ionela Pentiuc</cp:lastModifiedBy>
  <cp:revision>3</cp:revision>
  <dcterms:created xsi:type="dcterms:W3CDTF">2026-11-02T15:26:00Z</dcterms:created>
  <dcterms:modified xsi:type="dcterms:W3CDTF">2026-11-02T15:35:00Z</dcterms:modified>
  <cp:category/>
</cp:coreProperties>
</file>